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E6E6E"/>
          <w:sz w:val="17"/>
        </w:rPr>
        <w:t>Wzór poglądowy przygotowany przez MGC Studio (mgcstudio.pl/poradnik/umowa-najmu-sprzetu-wzor/). Nie jestem prawnikiem. Przed użyciem dostosuj wzór do swojego sprzętu i zasad, a całość pokaż prawnikowi. Usuń tę notę z gotowej umowy.</w:t>
      </w:r>
    </w:p>
    <w:p>
      <w:pPr>
        <w:spacing w:before="120"/>
        <w:jc w:val="center"/>
      </w:pPr>
      <w:r>
        <w:rPr>
          <w:b/>
          <w:sz w:val="28"/>
        </w:rPr>
        <w:t>UMOWA NAJMU SPRZĘTU nr ________________</w:t>
      </w:r>
    </w:p>
    <w:p>
      <w:pPr>
        <w:jc w:val="center"/>
      </w:pPr>
      <w:r>
        <w:rPr>
          <w:b w:val="0"/>
        </w:rPr>
        <w:t>zawarta w dniu ________________ w ______________________________________ pomiędzy:</w:t>
      </w:r>
    </w:p>
    <w:p>
      <w:pPr>
        <w:spacing w:before="120"/>
      </w:pPr>
      <w:r>
        <w:rPr>
          <w:b/>
        </w:rPr>
        <w:t>Wynajmującym:</w:t>
      </w:r>
    </w:p>
    <w:p>
      <w:r>
        <w:rPr>
          <w:b w:val="0"/>
        </w:rPr>
        <w:t>nazwa firmy ______________________________________, adres ______________________________________,</w:t>
      </w:r>
    </w:p>
    <w:p>
      <w:r>
        <w:rPr>
          <w:b w:val="0"/>
        </w:rPr>
        <w:t>NIP ________________, telefon ________________, e-mail ______________________________________,</w:t>
      </w:r>
    </w:p>
    <w:p>
      <w:r>
        <w:rPr>
          <w:b w:val="0"/>
        </w:rPr>
        <w:t>a</w:t>
      </w:r>
    </w:p>
    <w:p>
      <w:r>
        <w:rPr>
          <w:b/>
        </w:rPr>
        <w:t>Najemcą:</w:t>
      </w:r>
    </w:p>
    <w:p>
      <w:r>
        <w:rPr>
          <w:b w:val="0"/>
        </w:rPr>
        <w:t>imię i nazwisko / nazwa ______________________________________, adres ______________________________________,</w:t>
      </w:r>
    </w:p>
    <w:p>
      <w:r>
        <w:rPr>
          <w:b w:val="0"/>
        </w:rPr>
        <w:t>telefon ________________, e-mail ______________________________________.</w:t>
      </w:r>
    </w:p>
    <w:p>
      <w:pPr>
        <w:spacing w:before="160"/>
      </w:pPr>
      <w:r>
        <w:rPr>
          <w:b/>
        </w:rPr>
        <w:t>§ 1. Przedmiot najmu</w:t>
      </w:r>
    </w:p>
    <w:p>
      <w:pPr>
        <w:ind w:left="340" w:hanging="340"/>
      </w:pPr>
      <w:r>
        <w:t>1. Wynajmujący oddaje Najemcy do używania: ______________________________________ (nazwa i model), numer seryjny lub rejestracyjny ________________, wraz z wyposażeniem wymienionym w protokole wydania i zwrotu (załącznik nr 1).</w:t>
      </w:r>
    </w:p>
    <w:p>
      <w:pPr>
        <w:ind w:left="340" w:hanging="340"/>
      </w:pPr>
      <w:r>
        <w:t>2. Stan przedmiotu najmu i wyposażenia w chwili wydania opisuje protokół wraz ze zdjęciami wykonanymi przy wydaniu.</w:t>
      </w:r>
    </w:p>
    <w:p>
      <w:pPr>
        <w:spacing w:before="160"/>
      </w:pPr>
      <w:r>
        <w:rPr>
          <w:b/>
        </w:rPr>
        <w:t>§ 2. Okres najmu</w:t>
      </w:r>
    </w:p>
    <w:p>
      <w:pPr>
        <w:ind w:left="340" w:hanging="340"/>
      </w:pPr>
      <w:r>
        <w:t>1. Najem trwa od dnia ________________ godz. ______ do dnia ________________ godz. ______.</w:t>
      </w:r>
    </w:p>
    <w:p>
      <w:pPr>
        <w:ind w:left="340" w:hanging="340"/>
      </w:pPr>
      <w:r>
        <w:t>2. Wydanie i zwrot następują w: ______________________________________ (adres siedziby albo adres dowozu).</w:t>
      </w:r>
    </w:p>
    <w:p>
      <w:pPr>
        <w:ind w:left="340" w:hanging="340"/>
      </w:pPr>
      <w:r>
        <w:t>3. Za każdą rozpoczętą dobę opóźnienia w zwrocie Najemca zapłaci ________________ zł, chyba że strony ustalą przedłużenie najmu przed jego końcem.</w:t>
      </w:r>
    </w:p>
    <w:p>
      <w:pPr>
        <w:spacing w:before="160"/>
      </w:pPr>
      <w:r>
        <w:rPr>
          <w:b/>
        </w:rPr>
        <w:t>§ 3. Czynsz i płatności</w:t>
      </w:r>
    </w:p>
    <w:p>
      <w:pPr>
        <w:ind w:left="340" w:hanging="340"/>
      </w:pPr>
      <w:r>
        <w:t>1. Czynsz za cały okres najmu wynosi ________________ zł brutto. Koszt dowozu i odbioru wynosi ________________ zł.</w:t>
      </w:r>
    </w:p>
    <w:p>
      <w:pPr>
        <w:ind w:left="340" w:hanging="340"/>
      </w:pPr>
      <w:r>
        <w:t>2. Najemca wpłaca zadatek w wysokości ________________ zł w terminie do ________________. Zadatek zalicza się na poczet czynszu. Do zadatku stosuje się art. 394 Kodeksu cywilnego.</w:t>
      </w:r>
    </w:p>
    <w:p>
      <w:pPr>
        <w:ind w:left="340" w:hanging="340"/>
      </w:pPr>
      <w:r>
        <w:t>3. Pozostałą część czynszu Najemca płaci ______________________________________ (przy wydaniu / przelewem do dnia ___).</w:t>
      </w:r>
    </w:p>
    <w:p>
      <w:pPr>
        <w:spacing w:before="160"/>
      </w:pPr>
      <w:r>
        <w:rPr>
          <w:b/>
        </w:rPr>
        <w:t>§ 4. Kaucja</w:t>
      </w:r>
    </w:p>
    <w:p>
      <w:pPr>
        <w:ind w:left="340" w:hanging="340"/>
      </w:pPr>
      <w:r>
        <w:t>1. Przy wydaniu przedmiotu najmu Najemca wpłaca kaucję w wysokości ________________ zł.</w:t>
      </w:r>
    </w:p>
    <w:p>
      <w:pPr>
        <w:ind w:left="340" w:hanging="340"/>
      </w:pPr>
      <w:r>
        <w:t>2. Wynajmujący zwraca kaucję w terminie ________________ dni od zwrotu przedmiotu najmu, pomniejszoną o udokumentowany koszt usunięcia szkód, za które odpowiada Najemca, oraz o należności, o których mowa w § 2 ust. 3.</w:t>
      </w:r>
    </w:p>
    <w:p>
      <w:pPr>
        <w:spacing w:before="160"/>
      </w:pPr>
      <w:r>
        <w:rPr>
          <w:b/>
        </w:rPr>
        <w:t>§ 5. Wydanie i zwrot</w:t>
      </w:r>
    </w:p>
    <w:p>
      <w:pPr>
        <w:ind w:left="340" w:hanging="340"/>
      </w:pPr>
      <w:r>
        <w:t>1. Najemca zwraca przedmiot najmu w stanie niepogorszonym, z całym wyposażeniem. Najemca nie odpowiada za zużycie będące następstwem prawidłowego używania (art. 675 § 1 Kodeksu cywilnego).</w:t>
      </w:r>
    </w:p>
    <w:p>
      <w:pPr>
        <w:ind w:left="340" w:hanging="340"/>
      </w:pPr>
      <w:r>
        <w:t>2. Przy zwrocie strony porównują stan przedmiotu najmu ze stanem opisanym w protokole i wpisują do protokołu stwierdzone różnice.</w:t>
      </w:r>
    </w:p>
    <w:p>
      <w:pPr>
        <w:spacing w:before="160"/>
      </w:pPr>
      <w:r>
        <w:rPr>
          <w:b/>
        </w:rPr>
        <w:t>§ 6. Obowiązki Najemcy</w:t>
      </w:r>
    </w:p>
    <w:p>
      <w:pPr>
        <w:ind w:left="340" w:hanging="340"/>
      </w:pPr>
      <w:r>
        <w:t>1. Najemca używa przedmiotu najmu zgodnie z jego przeznaczeniem, instrukcją i regulaminem Wynajmującego, jeśli został doręczony przed zawarciem umowy.</w:t>
      </w:r>
    </w:p>
    <w:p>
      <w:pPr>
        <w:ind w:left="340" w:hanging="340"/>
      </w:pPr>
      <w:r>
        <w:t>2. Najemca nie oddaje przedmiotu najmu osobom trzecim do używania ani w podnajem bez zgody Wynajmującego.</w:t>
      </w:r>
    </w:p>
    <w:p>
      <w:pPr>
        <w:ind w:left="340" w:hanging="340"/>
      </w:pPr>
      <w:r>
        <w:t>3. Najemca niezwłocznie zawiadamia Wynajmującego o awarii, szkodzie lub kradzieży.</w:t>
      </w:r>
    </w:p>
    <w:p>
      <w:pPr>
        <w:ind w:left="340" w:hanging="340"/>
      </w:pPr>
      <w:r>
        <w:t>4. Dotyczy przyczep: Najemca oświadcza, że ma uprawnienia do kierowania zestawem pojazdów z przedmiotem najmu. Kategoria prawa jazdy: ________________.</w:t>
      </w:r>
    </w:p>
    <w:p>
      <w:pPr>
        <w:spacing w:before="160"/>
      </w:pPr>
      <w:r>
        <w:rPr>
          <w:b/>
        </w:rPr>
        <w:t>§ 7. Obowiązki Wynajmującego</w:t>
      </w:r>
    </w:p>
    <w:p>
      <w:pPr>
        <w:ind w:left="340" w:hanging="340"/>
      </w:pPr>
      <w:r>
        <w:t>1. Wynajmujący wydaje przedmiot najmu sprawny i kompletny oraz wyjaśnia Najemcy zasady jego bezpiecznej obsługi.</w:t>
      </w:r>
    </w:p>
    <w:p>
      <w:pPr>
        <w:ind w:left="340" w:hanging="340"/>
      </w:pPr>
      <w:r>
        <w:t>2. W razie awarii w czasie najmu Najemca kontaktuje się z Wynajmującym pod numerem ________________.</w:t>
      </w:r>
    </w:p>
    <w:p>
      <w:pPr>
        <w:spacing w:before="160"/>
      </w:pPr>
      <w:r>
        <w:rPr>
          <w:b/>
        </w:rPr>
        <w:t>§ 8. Odwołanie rezerwacji i zmiana terminu</w:t>
      </w:r>
    </w:p>
    <w:p>
      <w:pPr>
        <w:ind w:left="340" w:hanging="340"/>
      </w:pPr>
      <w:r>
        <w:t>1. Zasady odwołania rezerwacji: ______________________________________ (np. przeniesienie zadatku na inny wolny termin przy odwołaniu do ___ dni przed rozpoczęciem najmu).</w:t>
      </w:r>
    </w:p>
    <w:p>
      <w:pPr>
        <w:ind w:left="340" w:hanging="340"/>
      </w:pPr>
      <w:r>
        <w:t>2. W pozostałym zakresie skutki odwołania rezerwacji określa art. 394 Kodeksu cywilnego.</w:t>
      </w:r>
    </w:p>
    <w:p>
      <w:pPr>
        <w:spacing w:before="160"/>
      </w:pPr>
      <w:r>
        <w:rPr>
          <w:b/>
        </w:rPr>
        <w:t>§ 9. Dane osobowe</w:t>
      </w:r>
    </w:p>
    <w:p>
      <w:pPr>
        <w:ind w:left="340" w:hanging="340"/>
      </w:pPr>
      <w:r>
        <w:t>Administratorem danych osobowych Najemcy jest Wynajmujący. Dane są przetwarzane w celu zawarcia i wykonania umowy. Pełna informacja o przetwarzaniu danych (art. 13 RODO) stanowi załącznik nr 2.</w:t>
      </w:r>
    </w:p>
    <w:p>
      <w:pPr>
        <w:spacing w:before="160"/>
      </w:pPr>
      <w:r>
        <w:rPr>
          <w:b/>
        </w:rPr>
        <w:t>§ 10. Postanowienia końcowe</w:t>
      </w:r>
    </w:p>
    <w:p>
      <w:pPr>
        <w:ind w:left="340" w:hanging="340"/>
      </w:pPr>
      <w:r>
        <w:t>1. Zmiany umowy wymagają formy pisemnej.</w:t>
      </w:r>
    </w:p>
    <w:p>
      <w:pPr>
        <w:ind w:left="340" w:hanging="340"/>
      </w:pPr>
      <w:r>
        <w:t>2. W sprawach nieuregulowanych stosuje się przepisy Kodeksu cywilnego o najmie (art. 659 i następne).</w:t>
      </w:r>
    </w:p>
    <w:p>
      <w:pPr>
        <w:ind w:left="340" w:hanging="340"/>
      </w:pPr>
      <w:r>
        <w:t>3.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br/>
              <w:br/>
              <w:t>______________________________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br/>
              <w:br/>
              <w:t>______________________________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t>Wynajmujący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Najemca</w:t>
            </w:r>
          </w:p>
        </w:tc>
      </w:tr>
    </w:tbl>
    <w:p>
      <w:r>
        <w:br w:type="page"/>
      </w:r>
    </w:p>
    <w:p>
      <w:r>
        <w:rPr>
          <w:b/>
          <w:sz w:val="18"/>
        </w:rPr>
        <w:t>Załącznik nr 1 do umowy najmu nr ________________</w:t>
      </w:r>
    </w:p>
    <w:p>
      <w:pPr>
        <w:spacing w:before="80"/>
        <w:jc w:val="center"/>
      </w:pPr>
      <w:r>
        <w:rPr>
          <w:b/>
          <w:sz w:val="26"/>
        </w:rPr>
        <w:t>PROTOKÓŁ WYDANIA I ZWROTU</w:t>
      </w:r>
    </w:p>
    <w:p>
      <w:r>
        <w:rPr>
          <w:b w:val="0"/>
        </w:rPr>
        <w:t>Przedmiot najmu: ______________________________________   Numer seryjny / rejestracyjny: 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118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2154"/>
          </w:tcPr>
          <w:p>
            <w:r>
              <w:rPr>
                <w:b/>
              </w:rPr>
              <w:t>Stan przy wydaniu</w:t>
            </w:r>
          </w:p>
        </w:tc>
        <w:tc>
          <w:tcPr>
            <w:tcW w:type="dxa" w:w="2154"/>
          </w:tcPr>
          <w:p>
            <w:r>
              <w:rPr>
                <w:b/>
              </w:rPr>
              <w:t>Stan przy zwrocie</w:t>
            </w:r>
          </w:p>
        </w:tc>
        <w:tc>
          <w:tcPr>
            <w:tcW w:type="dxa" w:w="2154"/>
          </w:tcPr>
          <w:p>
            <w:r>
              <w:rPr>
                <w:b/>
              </w:rPr>
              <w:t>Uwagi</w:t>
            </w:r>
          </w:p>
        </w:tc>
      </w:tr>
      <w:tr>
        <w:tc>
          <w:tcPr>
            <w:tcW w:type="dxa" w:w="3118"/>
          </w:tcPr>
          <w:p>
            <w:r>
              <w:t>Przedmiot najmu (ogólny stan, uszkodzenia)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Wyposażenie 1: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Wyposażenie 2: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Wyposażenie 3: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Wyposażenie 4: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Wyposażenie 5: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Instrukcja obsługi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Inne: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</w:tbl>
    <w:p>
      <w:pPr>
        <w:spacing w:before="200"/>
      </w:pPr>
      <w:r>
        <w:rPr>
          <w:b/>
        </w:rPr>
        <w:t>Wydanie</w:t>
      </w:r>
    </w:p>
    <w:p>
      <w:r>
        <w:rPr>
          <w:b w:val="0"/>
        </w:rPr>
        <w:t>Data i godzina: ________________   Liczba zdjęć wykonanych przy wydaniu: ______   Gdzie przechowywane: ________________</w:t>
      </w:r>
    </w:p>
    <w:p>
      <w:r>
        <w:rPr>
          <w:b w:val="0"/>
        </w:rPr>
        <w:t>Kaucja przyjęta: ________________ zł   Najemca został poinstruowany o obsłudze: tak / nie</w:t>
      </w:r>
    </w:p>
    <w:p>
      <w:pPr>
        <w:spacing w:before="200"/>
      </w:pPr>
      <w:r>
        <w:rPr>
          <w:b w:val="0"/>
        </w:rPr>
        <w:t>Podpis Wynajmującego: ______________________________________   Podpis Najemcy: ______________________________________</w:t>
      </w:r>
    </w:p>
    <w:p>
      <w:pPr>
        <w:spacing w:before="240"/>
      </w:pPr>
      <w:r>
        <w:rPr>
          <w:b/>
        </w:rPr>
        <w:t>Zwrot</w:t>
      </w:r>
    </w:p>
    <w:p>
      <w:r>
        <w:rPr>
          <w:b w:val="0"/>
        </w:rPr>
        <w:t>Data i godzina: ________________   Liczba zdjęć wykonanych przy zwrocie: ______</w:t>
      </w:r>
    </w:p>
    <w:p>
      <w:r>
        <w:rPr>
          <w:b w:val="0"/>
        </w:rPr>
        <w:t>Stwierdzone różnice w stanie: ____________________________________________________________________________</w:t>
      </w:r>
    </w:p>
    <w:p>
      <w:r>
        <w:rPr>
          <w:b w:val="0"/>
        </w:rPr>
        <w:t>Kaucja zwrócona: ________________ zł / potrącono: ________________ zł, z tytułu: ______________________________________</w:t>
      </w:r>
    </w:p>
    <w:p>
      <w:pPr>
        <w:spacing w:before="200"/>
      </w:pPr>
      <w:r>
        <w:rPr>
          <w:b w:val="0"/>
        </w:rPr>
        <w:t>Podpis Wynajmującego: ______________________________________   Podpis Najemcy: ______________________________________</w:t>
      </w:r>
    </w:p>
    <w:p>
      <w:r>
        <w:br w:type="page"/>
      </w:r>
    </w:p>
    <w:p>
      <w:r>
        <w:rPr>
          <w:b/>
          <w:sz w:val="18"/>
        </w:rPr>
        <w:t>Załącznik nr 2 do umowy najmu nr ________________</w:t>
      </w:r>
    </w:p>
    <w:p>
      <w:pPr>
        <w:spacing w:before="80"/>
        <w:jc w:val="center"/>
      </w:pPr>
      <w:r>
        <w:rPr>
          <w:b/>
          <w:sz w:val="26"/>
        </w:rPr>
        <w:t>INFORMACJA O PRZETWARZANIU DANYCH OSOBOWYCH</w:t>
      </w:r>
    </w:p>
    <w:p>
      <w:pPr>
        <w:pStyle w:val="ListBullet"/>
      </w:pPr>
      <w:r>
        <w:t>Administratorem Twoich danych osobowych jest ______________________________________ (nazwa firmy, adres), kontakt: ______________________________________.</w:t>
      </w:r>
    </w:p>
    <w:p>
      <w:pPr>
        <w:pStyle w:val="ListBullet"/>
      </w:pPr>
      <w:r>
        <w:t>Przetwarzam Twoje dane, żeby zawrzeć i wykonać umowę najmu (art. 6 ust. 1 lit. b RODO) oraz wypełnić obowiązki podatkowe i rachunkowe (art. 6 ust. 1 lit. c RODO).</w:t>
      </w:r>
    </w:p>
    <w:p>
      <w:pPr>
        <w:pStyle w:val="ListBullet"/>
      </w:pPr>
      <w:r>
        <w:t>Odbiorcami danych mogą być podmioty, które obsługują moją firmę, np. biuro rachunkowe: ______________________________________.</w:t>
      </w:r>
    </w:p>
    <w:p>
      <w:pPr>
        <w:pStyle w:val="ListBullet"/>
      </w:pPr>
      <w:r>
        <w:t>Dane przechowuję przez czas trwania umowy, a potem przez okres wymagany przepisami podatkowymi albo do przedawnienia roszczeń: ______________________________________.</w:t>
      </w:r>
    </w:p>
    <w:p>
      <w:pPr>
        <w:pStyle w:val="ListBullet"/>
      </w:pPr>
      <w:r>
        <w:t>Masz prawo dostępu do swoich danych, ich sprostowania, usunięcia, ograniczenia przetwarzania, przenoszenia oraz sprzeciwu, w zakresie, w jakim przewidują to przepisy.</w:t>
      </w:r>
    </w:p>
    <w:p>
      <w:pPr>
        <w:pStyle w:val="ListBullet"/>
      </w:pPr>
      <w:r>
        <w:t>Możesz wnieść skargę do Prezesa Urzędu Ochrony Danych Osobowych.</w:t>
      </w:r>
    </w:p>
    <w:p>
      <w:pPr>
        <w:pStyle w:val="ListBullet"/>
      </w:pPr>
      <w:r>
        <w:t>Podanie danych jest warunkiem zawarcia umowy. Bez nich nie mogę wynająć sprzętu.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sprzętu – wzór</dc:title>
  <dc:subject/>
  <dc:creator>MGC Studio – mgcstudio.pl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